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6261F" w14:textId="77777777" w:rsidR="005255E9" w:rsidRPr="009901DF" w:rsidRDefault="00000000" w:rsidP="009401F7">
      <w:pPr>
        <w:spacing w:after="0" w:line="240" w:lineRule="auto"/>
        <w:jc w:val="center"/>
        <w:rPr>
          <w:sz w:val="32"/>
          <w:szCs w:val="28"/>
        </w:rPr>
      </w:pPr>
      <w:r w:rsidRPr="009901DF">
        <w:rPr>
          <w:b/>
          <w:sz w:val="30"/>
          <w:szCs w:val="28"/>
        </w:rPr>
        <w:t>CỘNG HÒA XÃ HỘI CHỦ NGHĨA VIỆT NAM</w:t>
      </w:r>
    </w:p>
    <w:p w14:paraId="7FA166DF" w14:textId="77777777" w:rsidR="005255E9" w:rsidRPr="009401F7" w:rsidRDefault="00000000" w:rsidP="009401F7">
      <w:pPr>
        <w:spacing w:after="0" w:line="240" w:lineRule="auto"/>
        <w:jc w:val="center"/>
        <w:rPr>
          <w:sz w:val="30"/>
          <w:szCs w:val="26"/>
        </w:rPr>
      </w:pPr>
      <w:r w:rsidRPr="009401F7">
        <w:rPr>
          <w:b/>
          <w:sz w:val="30"/>
          <w:szCs w:val="26"/>
        </w:rPr>
        <w:t>Độc lập – Tự do – Hạnh phúc</w:t>
      </w:r>
    </w:p>
    <w:p w14:paraId="6DF483B4" w14:textId="77777777" w:rsidR="005255E9" w:rsidRDefault="00000000" w:rsidP="009401F7">
      <w:pPr>
        <w:spacing w:after="0" w:line="240" w:lineRule="auto"/>
        <w:jc w:val="center"/>
      </w:pPr>
      <w:r>
        <w:t>---------------</w:t>
      </w:r>
    </w:p>
    <w:p w14:paraId="586D729F" w14:textId="30629C85" w:rsidR="005255E9" w:rsidRDefault="009420E1">
      <w:pPr>
        <w:spacing w:after="360"/>
        <w:jc w:val="right"/>
      </w:pPr>
      <w:r>
        <w:rPr>
          <w:i/>
        </w:rPr>
        <w:t>……………</w:t>
      </w:r>
      <w:r w:rsidR="00000000">
        <w:rPr>
          <w:i/>
        </w:rPr>
        <w:t xml:space="preserve">, </w:t>
      </w:r>
      <w:proofErr w:type="spellStart"/>
      <w:r w:rsidR="00000000">
        <w:rPr>
          <w:i/>
        </w:rPr>
        <w:t>ngày</w:t>
      </w:r>
      <w:proofErr w:type="spellEnd"/>
      <w:r w:rsidR="00000000">
        <w:rPr>
          <w:i/>
        </w:rPr>
        <w:t xml:space="preserve"> </w:t>
      </w:r>
      <w:proofErr w:type="gramStart"/>
      <w:r w:rsidR="00000000">
        <w:rPr>
          <w:i/>
        </w:rPr>
        <w:t>…..</w:t>
      </w:r>
      <w:proofErr w:type="gramEnd"/>
      <w:r w:rsidR="00000000">
        <w:rPr>
          <w:i/>
        </w:rPr>
        <w:t xml:space="preserve"> tháng ….. năm 20…</w:t>
      </w:r>
    </w:p>
    <w:p w14:paraId="79D31CB1" w14:textId="77777777" w:rsidR="005255E9" w:rsidRDefault="00000000" w:rsidP="009420E1">
      <w:pPr>
        <w:spacing w:before="120" w:after="120" w:line="240" w:lineRule="auto"/>
        <w:jc w:val="center"/>
      </w:pPr>
      <w:r>
        <w:rPr>
          <w:b/>
          <w:sz w:val="28"/>
        </w:rPr>
        <w:t>ĐƠN ĐĂNG KÝ DỰ TUYỂN</w:t>
      </w:r>
    </w:p>
    <w:p w14:paraId="3300B7D3" w14:textId="77777777" w:rsidR="005255E9" w:rsidRPr="009420E1" w:rsidRDefault="00000000" w:rsidP="009420E1">
      <w:pPr>
        <w:spacing w:before="120" w:after="120" w:line="240" w:lineRule="auto"/>
        <w:jc w:val="center"/>
        <w:rPr>
          <w:bCs/>
          <w:i/>
          <w:iCs/>
        </w:rPr>
      </w:pPr>
      <w:r w:rsidRPr="009420E1">
        <w:rPr>
          <w:bCs/>
          <w:i/>
          <w:iCs/>
          <w:sz w:val="24"/>
        </w:rPr>
        <w:t>(V/v ký kết hợp đồng thực hiện nhiệm vụ của công chức theo Nghị định số 173/2025/NĐ-CP)</w:t>
      </w:r>
    </w:p>
    <w:p w14:paraId="3C7E0296" w14:textId="77777777" w:rsidR="009901DF" w:rsidRDefault="009901DF" w:rsidP="009420E1">
      <w:pPr>
        <w:spacing w:before="120" w:after="120" w:line="240" w:lineRule="auto"/>
        <w:jc w:val="center"/>
        <w:rPr>
          <w:b/>
        </w:rPr>
      </w:pPr>
    </w:p>
    <w:p w14:paraId="3D98E781" w14:textId="7F56B581" w:rsidR="005255E9" w:rsidRDefault="00000000" w:rsidP="009420E1">
      <w:pPr>
        <w:spacing w:before="120" w:after="120" w:line="240" w:lineRule="auto"/>
        <w:jc w:val="center"/>
      </w:pPr>
      <w:proofErr w:type="spellStart"/>
      <w:r>
        <w:rPr>
          <w:b/>
        </w:rPr>
        <w:t>Kính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gửi</w:t>
      </w:r>
      <w:proofErr w:type="spellEnd"/>
      <w:r>
        <w:rPr>
          <w:b/>
        </w:rPr>
        <w:t xml:space="preserve">: </w:t>
      </w:r>
      <w:proofErr w:type="spellStart"/>
      <w:r>
        <w:rPr>
          <w:i/>
        </w:rPr>
        <w:t>Tên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cơ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quan</w:t>
      </w:r>
      <w:proofErr w:type="spellEnd"/>
      <w:r>
        <w:rPr>
          <w:i/>
        </w:rPr>
        <w:t>, tổ chức, đơn vị tuyển dụng</w:t>
      </w:r>
    </w:p>
    <w:p w14:paraId="6A881627" w14:textId="77777777" w:rsidR="009420E1" w:rsidRDefault="009420E1" w:rsidP="009420E1">
      <w:pPr>
        <w:spacing w:before="120" w:after="120" w:line="240" w:lineRule="auto"/>
        <w:ind w:firstLine="567"/>
      </w:pPr>
    </w:p>
    <w:p w14:paraId="4BD35897" w14:textId="2CC5368B" w:rsidR="009420E1" w:rsidRDefault="00000000" w:rsidP="009420E1">
      <w:pPr>
        <w:spacing w:before="120" w:after="120" w:line="360" w:lineRule="exact"/>
        <w:ind w:firstLine="567"/>
      </w:pPr>
      <w:proofErr w:type="spellStart"/>
      <w:r>
        <w:t>Họ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là</w:t>
      </w:r>
      <w:proofErr w:type="spellEnd"/>
      <w:r>
        <w:t>: ………………………………………………………………………</w:t>
      </w:r>
    </w:p>
    <w:p w14:paraId="4B510BC1" w14:textId="4AC68903" w:rsidR="009420E1" w:rsidRDefault="00000000" w:rsidP="009420E1">
      <w:pPr>
        <w:spacing w:before="120" w:after="120" w:line="360" w:lineRule="exact"/>
        <w:ind w:firstLine="567"/>
      </w:pPr>
      <w:r>
        <w:t xml:space="preserve">Sinh </w:t>
      </w:r>
      <w:proofErr w:type="spellStart"/>
      <w:r>
        <w:t>ngày</w:t>
      </w:r>
      <w:proofErr w:type="spellEnd"/>
      <w:r>
        <w:t>: ……/……/………</w:t>
      </w:r>
      <w:proofErr w:type="gramStart"/>
      <w:r>
        <w:t>…..</w:t>
      </w:r>
      <w:proofErr w:type="gramEnd"/>
      <w:r>
        <w:t xml:space="preserve"> </w:t>
      </w:r>
      <w:proofErr w:type="spellStart"/>
      <w:r>
        <w:t>Giới</w:t>
      </w:r>
      <w:proofErr w:type="spellEnd"/>
      <w:r>
        <w:t xml:space="preserve"> </w:t>
      </w:r>
      <w:proofErr w:type="spellStart"/>
      <w:r>
        <w:t>tính</w:t>
      </w:r>
      <w:proofErr w:type="spellEnd"/>
      <w:r>
        <w:t>: ……</w:t>
      </w:r>
      <w:proofErr w:type="gramStart"/>
      <w:r>
        <w:t>…</w:t>
      </w:r>
      <w:r w:rsidR="00666428">
        <w:t>..</w:t>
      </w:r>
      <w:proofErr w:type="gramEnd"/>
      <w:r>
        <w:t>…………………………</w:t>
      </w:r>
      <w:r w:rsidR="00666428">
        <w:t>.</w:t>
      </w:r>
      <w:r>
        <w:t>……</w:t>
      </w:r>
    </w:p>
    <w:p w14:paraId="302E35C6" w14:textId="5232ED2C" w:rsidR="009420E1" w:rsidRDefault="00000000" w:rsidP="009420E1">
      <w:pPr>
        <w:spacing w:before="120" w:after="120" w:line="360" w:lineRule="exact"/>
        <w:ind w:firstLine="567"/>
      </w:pPr>
      <w:proofErr w:type="spellStart"/>
      <w:r>
        <w:t>Quê</w:t>
      </w:r>
      <w:proofErr w:type="spellEnd"/>
      <w:r>
        <w:t xml:space="preserve"> </w:t>
      </w:r>
      <w:proofErr w:type="spellStart"/>
      <w:r>
        <w:t>quán</w:t>
      </w:r>
      <w:proofErr w:type="spellEnd"/>
      <w:r>
        <w:t>: …………………………………………</w:t>
      </w:r>
      <w:r w:rsidR="009420E1">
        <w:t>.</w:t>
      </w:r>
      <w:r>
        <w:t>…………………………………</w:t>
      </w:r>
    </w:p>
    <w:p w14:paraId="24CE2833" w14:textId="0BA93F9D" w:rsidR="009420E1" w:rsidRDefault="00000000" w:rsidP="009420E1">
      <w:pPr>
        <w:spacing w:before="120" w:after="120" w:line="360" w:lineRule="exact"/>
        <w:ind w:firstLine="567"/>
      </w:pPr>
      <w:proofErr w:type="spellStart"/>
      <w:r>
        <w:t>Nơi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hộ</w:t>
      </w:r>
      <w:proofErr w:type="spellEnd"/>
      <w:r>
        <w:t xml:space="preserve"> </w:t>
      </w:r>
      <w:proofErr w:type="spellStart"/>
      <w:r>
        <w:t>khẩu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trú</w:t>
      </w:r>
      <w:proofErr w:type="spellEnd"/>
      <w:r>
        <w:t>: ………………………………</w:t>
      </w:r>
      <w:proofErr w:type="gramStart"/>
      <w:r>
        <w:t>…</w:t>
      </w:r>
      <w:r w:rsidR="009420E1">
        <w:t>..</w:t>
      </w:r>
      <w:r>
        <w:t>…</w:t>
      </w:r>
      <w:r w:rsidR="00666428">
        <w:t>..</w:t>
      </w:r>
      <w:proofErr w:type="gramEnd"/>
      <w:r>
        <w:t>……………</w:t>
      </w:r>
    </w:p>
    <w:p w14:paraId="0A43EAFB" w14:textId="11CD4828" w:rsidR="009420E1" w:rsidRDefault="00000000" w:rsidP="009420E1">
      <w:pPr>
        <w:spacing w:before="120" w:after="120" w:line="360" w:lineRule="exact"/>
        <w:ind w:firstLine="567"/>
      </w:pPr>
      <w:proofErr w:type="spellStart"/>
      <w:r>
        <w:t>Chỗ</w:t>
      </w:r>
      <w:proofErr w:type="spellEnd"/>
      <w:r>
        <w:t xml:space="preserve"> ở </w:t>
      </w:r>
      <w:proofErr w:type="spellStart"/>
      <w:r>
        <w:t>hiện</w:t>
      </w:r>
      <w:proofErr w:type="spellEnd"/>
      <w:r>
        <w:t xml:space="preserve"> nay: ………………………………</w:t>
      </w:r>
      <w:proofErr w:type="gramStart"/>
      <w:r>
        <w:t>…</w:t>
      </w:r>
      <w:r w:rsidR="009420E1">
        <w:t>.</w:t>
      </w:r>
      <w:r>
        <w:t>…</w:t>
      </w:r>
      <w:r w:rsidR="00666428">
        <w:t>..</w:t>
      </w:r>
      <w:proofErr w:type="gramEnd"/>
      <w:r>
        <w:t>………………………………</w:t>
      </w:r>
    </w:p>
    <w:p w14:paraId="5E257BAD" w14:textId="4C9FB388" w:rsidR="009420E1" w:rsidRDefault="00000000" w:rsidP="009420E1">
      <w:pPr>
        <w:spacing w:before="120" w:after="120" w:line="360" w:lineRule="exact"/>
        <w:ind w:firstLine="567"/>
      </w:pPr>
      <w:proofErr w:type="spellStart"/>
      <w:r>
        <w:t>Số</w:t>
      </w:r>
      <w:proofErr w:type="spellEnd"/>
      <w:r>
        <w:t xml:space="preserve"> </w:t>
      </w:r>
      <w:proofErr w:type="spellStart"/>
      <w:r>
        <w:t>điện</w:t>
      </w:r>
      <w:proofErr w:type="spellEnd"/>
      <w:r>
        <w:t xml:space="preserve"> </w:t>
      </w:r>
      <w:proofErr w:type="spellStart"/>
      <w:r>
        <w:t>thoại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hệ</w:t>
      </w:r>
      <w:proofErr w:type="spellEnd"/>
      <w:r>
        <w:t>: ……………………………… Email: …………………</w:t>
      </w:r>
      <w:proofErr w:type="gramStart"/>
      <w:r>
        <w:t>…</w:t>
      </w:r>
      <w:r w:rsidR="00666428">
        <w:t>..</w:t>
      </w:r>
      <w:proofErr w:type="gramEnd"/>
      <w:r>
        <w:t>…</w:t>
      </w:r>
    </w:p>
    <w:p w14:paraId="7CA5AE0D" w14:textId="25B73BE1" w:rsidR="009420E1" w:rsidRDefault="00000000" w:rsidP="009420E1">
      <w:pPr>
        <w:spacing w:before="120" w:after="120" w:line="360" w:lineRule="exact"/>
        <w:ind w:firstLine="567"/>
      </w:pPr>
      <w:proofErr w:type="spellStart"/>
      <w:r>
        <w:t>Số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danh</w:t>
      </w:r>
      <w:proofErr w:type="spellEnd"/>
      <w:r>
        <w:t xml:space="preserve">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/</w:t>
      </w:r>
      <w:r w:rsidR="009420E1">
        <w:t>CCCD</w:t>
      </w:r>
      <w:r>
        <w:t>: ……………………………</w:t>
      </w:r>
      <w:r w:rsidR="009420E1">
        <w:t>……….</w:t>
      </w:r>
      <w:r>
        <w:t>…………………</w:t>
      </w:r>
    </w:p>
    <w:p w14:paraId="2DF60F24" w14:textId="0180E78E" w:rsidR="005255E9" w:rsidRDefault="00000000" w:rsidP="009420E1">
      <w:pPr>
        <w:spacing w:before="120" w:after="120" w:line="360" w:lineRule="exact"/>
        <w:ind w:firstLine="567"/>
      </w:pPr>
      <w:proofErr w:type="spellStart"/>
      <w:r>
        <w:t>Ngày</w:t>
      </w:r>
      <w:proofErr w:type="spellEnd"/>
      <w:r>
        <w:t xml:space="preserve"> </w:t>
      </w:r>
      <w:proofErr w:type="spellStart"/>
      <w:r>
        <w:t>cấp</w:t>
      </w:r>
      <w:proofErr w:type="spellEnd"/>
      <w:r>
        <w:t>: ……/……/………</w:t>
      </w:r>
      <w:proofErr w:type="gramStart"/>
      <w:r>
        <w:t>…..</w:t>
      </w:r>
      <w:proofErr w:type="gramEnd"/>
      <w:r>
        <w:t xml:space="preserve"> </w:t>
      </w:r>
      <w:proofErr w:type="spellStart"/>
      <w:r>
        <w:t>Nơi</w:t>
      </w:r>
      <w:proofErr w:type="spellEnd"/>
      <w:r>
        <w:t xml:space="preserve"> </w:t>
      </w:r>
      <w:proofErr w:type="spellStart"/>
      <w:r>
        <w:t>cấp</w:t>
      </w:r>
      <w:proofErr w:type="spellEnd"/>
      <w:proofErr w:type="gramStart"/>
      <w:r>
        <w:t xml:space="preserve">: </w:t>
      </w:r>
      <w:r w:rsidR="009420E1">
        <w:t>.</w:t>
      </w:r>
      <w:proofErr w:type="gramEnd"/>
      <w:r>
        <w:t>…………………………………………</w:t>
      </w:r>
    </w:p>
    <w:p w14:paraId="53AF924C" w14:textId="77777777" w:rsidR="005255E9" w:rsidRDefault="00000000" w:rsidP="009420E1">
      <w:pPr>
        <w:spacing w:before="120" w:after="120" w:line="360" w:lineRule="exact"/>
        <w:ind w:firstLine="567"/>
      </w:pPr>
      <w:r>
        <w:rPr>
          <w:b/>
        </w:rPr>
        <w:t>Trình độ đào tạo, chuyên môn:</w:t>
      </w:r>
    </w:p>
    <w:p w14:paraId="620D0BD6" w14:textId="77777777" w:rsidR="009420E1" w:rsidRDefault="00000000" w:rsidP="009420E1">
      <w:pPr>
        <w:spacing w:before="120" w:after="120" w:line="360" w:lineRule="exact"/>
        <w:ind w:firstLine="567"/>
      </w:pPr>
      <w:r>
        <w:t>- Trình độ chuyên môn cao nhất: …………………… (Ví dụ: Thạc sĩ, Cử nhân, Luật sư...)</w:t>
      </w:r>
    </w:p>
    <w:p w14:paraId="1E0A5ED5" w14:textId="69782C8A" w:rsidR="009420E1" w:rsidRDefault="00000000" w:rsidP="009420E1">
      <w:pPr>
        <w:spacing w:before="120" w:after="120" w:line="360" w:lineRule="exact"/>
        <w:ind w:firstLine="567"/>
      </w:pPr>
      <w:r>
        <w:t xml:space="preserve">- Chuyên </w:t>
      </w:r>
      <w:proofErr w:type="spellStart"/>
      <w:r>
        <w:t>ngành</w:t>
      </w:r>
      <w:proofErr w:type="spellEnd"/>
      <w:r>
        <w:t xml:space="preserve"> </w:t>
      </w:r>
      <w:proofErr w:type="spellStart"/>
      <w:r>
        <w:t>đào</w:t>
      </w:r>
      <w:proofErr w:type="spellEnd"/>
      <w:r>
        <w:t xml:space="preserve"> </w:t>
      </w:r>
      <w:proofErr w:type="spellStart"/>
      <w:r>
        <w:t>tạo</w:t>
      </w:r>
      <w:proofErr w:type="spellEnd"/>
      <w:r>
        <w:t>: …………………</w:t>
      </w:r>
      <w:proofErr w:type="gramStart"/>
      <w:r>
        <w:t>…</w:t>
      </w:r>
      <w:r w:rsidR="00666428">
        <w:t>..</w:t>
      </w:r>
      <w:proofErr w:type="gramEnd"/>
      <w:r>
        <w:t>………………………………………</w:t>
      </w:r>
    </w:p>
    <w:p w14:paraId="118C4C9F" w14:textId="4291463B" w:rsidR="005255E9" w:rsidRDefault="00000000" w:rsidP="009420E1">
      <w:pPr>
        <w:spacing w:before="120" w:after="120" w:line="360" w:lineRule="exact"/>
        <w:ind w:firstLine="567"/>
      </w:pPr>
      <w:r>
        <w:t xml:space="preserve">-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ngoại</w:t>
      </w:r>
      <w:proofErr w:type="spellEnd"/>
      <w:r>
        <w:t xml:space="preserve"> </w:t>
      </w:r>
      <w:proofErr w:type="spellStart"/>
      <w:r>
        <w:t>ngữ</w:t>
      </w:r>
      <w:proofErr w:type="spellEnd"/>
      <w:r>
        <w:t xml:space="preserve">: ……………………… Tin </w:t>
      </w:r>
      <w:proofErr w:type="spellStart"/>
      <w:r>
        <w:t>học</w:t>
      </w:r>
      <w:proofErr w:type="spellEnd"/>
      <w:r>
        <w:t>: ………………………………</w:t>
      </w:r>
    </w:p>
    <w:p w14:paraId="4E642F86" w14:textId="77777777" w:rsidR="005255E9" w:rsidRDefault="00000000" w:rsidP="009420E1">
      <w:pPr>
        <w:spacing w:before="120" w:after="120" w:line="360" w:lineRule="exact"/>
        <w:ind w:firstLine="567"/>
      </w:pPr>
      <w:r>
        <w:rPr>
          <w:b/>
        </w:rPr>
        <w:t>Quá trình công tác / Kinh nghiệm thực tiễn (nếu có):</w:t>
      </w:r>
    </w:p>
    <w:p w14:paraId="117EB312" w14:textId="7F7B63D7" w:rsidR="009420E1" w:rsidRDefault="00000000" w:rsidP="009420E1">
      <w:pPr>
        <w:spacing w:before="120" w:after="120" w:line="360" w:lineRule="exact"/>
        <w:ind w:firstLine="567"/>
      </w:pPr>
      <w:r>
        <w:t xml:space="preserve">- Từ tháng/năm ….. đến tháng/năm ……: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………</w:t>
      </w:r>
      <w:r w:rsidR="009420E1">
        <w:t>...</w:t>
      </w:r>
      <w:r>
        <w:t>………</w:t>
      </w:r>
      <w:proofErr w:type="gramStart"/>
      <w:r>
        <w:t>…</w:t>
      </w:r>
      <w:r w:rsidR="00666428">
        <w:t>..</w:t>
      </w:r>
      <w:proofErr w:type="gramEnd"/>
      <w:r>
        <w:t>………</w:t>
      </w:r>
    </w:p>
    <w:p w14:paraId="7480179F" w14:textId="3A6C8273" w:rsidR="005255E9" w:rsidRDefault="00000000" w:rsidP="009420E1">
      <w:pPr>
        <w:spacing w:before="120" w:after="120" w:line="360" w:lineRule="exact"/>
        <w:ind w:firstLine="567"/>
      </w:pPr>
      <w:proofErr w:type="spellStart"/>
      <w:r>
        <w:t>Vị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đảm</w:t>
      </w:r>
      <w:proofErr w:type="spellEnd"/>
      <w:r>
        <w:t xml:space="preserve"> </w:t>
      </w:r>
      <w:proofErr w:type="spellStart"/>
      <w:r>
        <w:t>nhận</w:t>
      </w:r>
      <w:proofErr w:type="spellEnd"/>
      <w:r>
        <w:t>: ……</w:t>
      </w:r>
      <w:proofErr w:type="gramStart"/>
      <w:r>
        <w:t>…</w:t>
      </w:r>
      <w:r w:rsidR="00666428">
        <w:t>..</w:t>
      </w:r>
      <w:proofErr w:type="gramEnd"/>
      <w:r>
        <w:t>…………………………………………………</w:t>
      </w:r>
    </w:p>
    <w:p w14:paraId="4C775D5C" w14:textId="77777777" w:rsidR="009420E1" w:rsidRDefault="00000000" w:rsidP="009420E1">
      <w:pPr>
        <w:spacing w:before="120" w:after="120" w:line="360" w:lineRule="exact"/>
        <w:ind w:firstLine="567"/>
        <w:jc w:val="both"/>
      </w:pPr>
      <w:r>
        <w:t xml:space="preserve">Căn cứ Thông báo số ……/TB-…….. ngày ….. tháng ….. năm 20….. của (tên cơ quan/đơn vị) về việc tuyển dụng lao động hợp đồng thực hiện nhiệm vụ của công chức theo </w:t>
      </w:r>
      <w:proofErr w:type="spellStart"/>
      <w:r>
        <w:t>Nghị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173/2025/NĐ-CP</w:t>
      </w:r>
      <w:r w:rsidR="009401F7">
        <w:t xml:space="preserve"> </w:t>
      </w:r>
      <w:proofErr w:type="spellStart"/>
      <w:r w:rsidR="009401F7">
        <w:t>ngày</w:t>
      </w:r>
      <w:proofErr w:type="spellEnd"/>
      <w:r w:rsidR="009401F7">
        <w:t xml:space="preserve"> 30/6/2025 </w:t>
      </w:r>
      <w:proofErr w:type="spellStart"/>
      <w:r w:rsidR="009401F7">
        <w:t>của</w:t>
      </w:r>
      <w:proofErr w:type="spellEnd"/>
      <w:r w:rsidR="009401F7">
        <w:t xml:space="preserve"> </w:t>
      </w:r>
      <w:proofErr w:type="spellStart"/>
      <w:r w:rsidR="009401F7">
        <w:t>Chính</w:t>
      </w:r>
      <w:proofErr w:type="spellEnd"/>
      <w:r w:rsidR="009401F7">
        <w:t xml:space="preserve"> </w:t>
      </w:r>
      <w:proofErr w:type="spellStart"/>
      <w:r w:rsidR="009401F7">
        <w:t>phủ</w:t>
      </w:r>
      <w:r>
        <w:t>;</w:t>
      </w:r>
      <w:proofErr w:type="spellEnd"/>
    </w:p>
    <w:p w14:paraId="7F4E61D4" w14:textId="14604658" w:rsidR="009420E1" w:rsidRDefault="00000000" w:rsidP="009420E1">
      <w:pPr>
        <w:spacing w:before="120" w:after="120" w:line="360" w:lineRule="exact"/>
        <w:ind w:firstLine="567"/>
        <w:jc w:val="both"/>
      </w:pPr>
      <w:r>
        <w:t xml:space="preserve">Sau </w:t>
      </w:r>
      <w:proofErr w:type="spellStart"/>
      <w:r>
        <w:t>khi</w:t>
      </w:r>
      <w:proofErr w:type="spellEnd"/>
      <w:r>
        <w:t xml:space="preserve"> </w:t>
      </w:r>
      <w:proofErr w:type="spellStart"/>
      <w:r>
        <w:t>nghiên</w:t>
      </w:r>
      <w:proofErr w:type="spellEnd"/>
      <w:r>
        <w:t xml:space="preserve"> </w:t>
      </w:r>
      <w:proofErr w:type="spellStart"/>
      <w:r>
        <w:t>cứu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tiêu chuẩn, điều kiện cho vị trí việc làm: ……………………………, tôi thấy bản thân có đủ năng lực, trình độ chuyên môn, sức khỏe và các điều </w:t>
      </w:r>
      <w:proofErr w:type="spellStart"/>
      <w:r>
        <w:t>kiện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>.</w:t>
      </w:r>
    </w:p>
    <w:p w14:paraId="711716D6" w14:textId="7A99F4B9" w:rsidR="005255E9" w:rsidRDefault="00000000" w:rsidP="009420E1">
      <w:pPr>
        <w:spacing w:before="120" w:after="120" w:line="360" w:lineRule="exact"/>
        <w:ind w:firstLine="567"/>
        <w:jc w:val="both"/>
      </w:pPr>
      <w:proofErr w:type="spellStart"/>
      <w:r>
        <w:t>Vì</w:t>
      </w:r>
      <w:proofErr w:type="spellEnd"/>
      <w:r>
        <w:t xml:space="preserve"> </w:t>
      </w:r>
      <w:proofErr w:type="spellStart"/>
      <w:r>
        <w:t>vậy</w:t>
      </w:r>
      <w:proofErr w:type="spellEnd"/>
      <w:r>
        <w:t xml:space="preserve">,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này đăng ký dự tuyển vị trí hợp đồng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nhiệm</w:t>
      </w:r>
      <w:proofErr w:type="spellEnd"/>
      <w:r>
        <w:t xml:space="preserve"> </w:t>
      </w:r>
      <w:proofErr w:type="spellStart"/>
      <w:r>
        <w:t>vụ</w:t>
      </w:r>
      <w:proofErr w:type="spellEnd"/>
      <w:r w:rsidR="009420E1">
        <w:t xml:space="preserve"> </w:t>
      </w:r>
      <w:proofErr w:type="spellStart"/>
      <w:r w:rsidR="009420E1">
        <w:t>của</w:t>
      </w:r>
      <w:proofErr w:type="spellEnd"/>
      <w:r w:rsidR="009420E1">
        <w:t xml:space="preserve"> </w:t>
      </w:r>
      <w:proofErr w:type="spellStart"/>
      <w:r w:rsidR="009420E1">
        <w:t>công</w:t>
      </w:r>
      <w:proofErr w:type="spellEnd"/>
      <w:r w:rsidR="009420E1">
        <w:t xml:space="preserve"> </w:t>
      </w:r>
      <w:proofErr w:type="spellStart"/>
      <w:r w:rsidR="009420E1">
        <w:t>chức</w:t>
      </w:r>
      <w:proofErr w:type="spellEnd"/>
      <w:r>
        <w:t xml:space="preserve"> </w:t>
      </w:r>
      <w:proofErr w:type="spellStart"/>
      <w:r>
        <w:t>tại</w:t>
      </w:r>
      <w:proofErr w:type="spellEnd"/>
      <w:r>
        <w:t>: (</w:t>
      </w:r>
      <w:proofErr w:type="spellStart"/>
      <w:r>
        <w:t>Tên</w:t>
      </w:r>
      <w:proofErr w:type="spellEnd"/>
      <w:r>
        <w:t xml:space="preserve"> </w:t>
      </w:r>
      <w:proofErr w:type="spellStart"/>
      <w:r>
        <w:t>phòng</w:t>
      </w:r>
      <w:proofErr w:type="spellEnd"/>
      <w:r>
        <w:t>/ban/</w:t>
      </w:r>
      <w:proofErr w:type="spellStart"/>
      <w:r>
        <w:t>đơn</w:t>
      </w:r>
      <w:proofErr w:type="spellEnd"/>
      <w:r>
        <w:t xml:space="preserve"> vị).</w:t>
      </w:r>
    </w:p>
    <w:p w14:paraId="1DD3F51F" w14:textId="77777777" w:rsidR="005255E9" w:rsidRDefault="00000000" w:rsidP="009420E1">
      <w:pPr>
        <w:spacing w:before="120" w:after="120" w:line="360" w:lineRule="exact"/>
        <w:ind w:firstLine="567"/>
      </w:pPr>
      <w:r>
        <w:rPr>
          <w:b/>
        </w:rPr>
        <w:lastRenderedPageBreak/>
        <w:t>Hồ sơ đính kèm đơn này gồm:</w:t>
      </w:r>
    </w:p>
    <w:p w14:paraId="2AD51C10" w14:textId="5235E953" w:rsidR="009420E1" w:rsidRDefault="00000000" w:rsidP="009420E1">
      <w:pPr>
        <w:spacing w:before="120" w:after="120" w:line="360" w:lineRule="exact"/>
        <w:ind w:firstLine="567"/>
      </w:pPr>
      <w:r>
        <w:t xml:space="preserve">1. Bản sơ </w:t>
      </w:r>
      <w:proofErr w:type="spellStart"/>
      <w:r>
        <w:t>lý</w:t>
      </w:r>
      <w:proofErr w:type="spellEnd"/>
      <w:r>
        <w:t xml:space="preserve"> </w:t>
      </w:r>
      <w:proofErr w:type="spellStart"/>
      <w:r>
        <w:t>lịch</w:t>
      </w:r>
      <w:proofErr w:type="spellEnd"/>
      <w:r>
        <w:t xml:space="preserve">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>.</w:t>
      </w:r>
    </w:p>
    <w:p w14:paraId="74625CEE" w14:textId="77777777" w:rsidR="009420E1" w:rsidRDefault="00000000" w:rsidP="009420E1">
      <w:pPr>
        <w:spacing w:before="120" w:after="120" w:line="360" w:lineRule="exact"/>
        <w:ind w:firstLine="567"/>
      </w:pPr>
      <w:r>
        <w:t xml:space="preserve">2.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sao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văn</w:t>
      </w:r>
      <w:proofErr w:type="spellEnd"/>
      <w:r>
        <w:t xml:space="preserve"> bằng, chứng chỉ, </w:t>
      </w:r>
      <w:proofErr w:type="spellStart"/>
      <w:r>
        <w:t>bảng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chuyên</w:t>
      </w:r>
      <w:proofErr w:type="spellEnd"/>
      <w:r>
        <w:t xml:space="preserve"> </w:t>
      </w:r>
      <w:proofErr w:type="spellStart"/>
      <w:r>
        <w:t>môn</w:t>
      </w:r>
      <w:proofErr w:type="spellEnd"/>
      <w:r>
        <w:t>.</w:t>
      </w:r>
    </w:p>
    <w:p w14:paraId="6D1FB802" w14:textId="77777777" w:rsidR="009420E1" w:rsidRDefault="00000000" w:rsidP="009420E1">
      <w:pPr>
        <w:spacing w:before="120" w:after="120" w:line="360" w:lineRule="exact"/>
        <w:ind w:firstLine="567"/>
      </w:pPr>
      <w:r>
        <w:t xml:space="preserve">3. Giấy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sức</w:t>
      </w:r>
      <w:proofErr w:type="spellEnd"/>
      <w:r>
        <w:t xml:space="preserve"> </w:t>
      </w:r>
      <w:proofErr w:type="spellStart"/>
      <w:r>
        <w:t>khỏe</w:t>
      </w:r>
      <w:proofErr w:type="spellEnd"/>
      <w:r>
        <w:t>.</w:t>
      </w:r>
    </w:p>
    <w:p w14:paraId="676F76F5" w14:textId="56649E74" w:rsidR="005255E9" w:rsidRDefault="00000000" w:rsidP="009420E1">
      <w:pPr>
        <w:spacing w:before="120" w:after="120" w:line="360" w:lineRule="exact"/>
        <w:ind w:firstLine="567"/>
      </w:pPr>
      <w:r>
        <w:t xml:space="preserve">4. Các </w:t>
      </w:r>
      <w:proofErr w:type="spellStart"/>
      <w:r>
        <w:t>giấy</w:t>
      </w:r>
      <w:proofErr w:type="spellEnd"/>
      <w:r>
        <w:t xml:space="preserve"> </w:t>
      </w:r>
      <w:proofErr w:type="spellStart"/>
      <w:r>
        <w:t>tờ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liên quan khác (nếu có).</w:t>
      </w:r>
    </w:p>
    <w:p w14:paraId="70E31FF3" w14:textId="226B6D77" w:rsidR="009420E1" w:rsidRDefault="00000000" w:rsidP="009420E1">
      <w:pPr>
        <w:spacing w:before="120" w:after="120" w:line="360" w:lineRule="exact"/>
        <w:ind w:firstLine="567"/>
        <w:jc w:val="both"/>
      </w:pPr>
      <w:r>
        <w:t xml:space="preserve">Tôi cam đoan những khai báo trong đơn và hồ sơ kèm theo là đúng sự thật. Nếu trúng tuyển và được ký kết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,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xin</w:t>
      </w:r>
      <w:proofErr w:type="spellEnd"/>
      <w:r w:rsidR="0015534F">
        <w:t xml:space="preserve"> cam </w:t>
      </w:r>
      <w:proofErr w:type="spellStart"/>
      <w:r w:rsidR="0015534F">
        <w:t>kết</w:t>
      </w:r>
      <w:proofErr w:type="spellEnd"/>
      <w:r>
        <w:t xml:space="preserve"> </w:t>
      </w:r>
      <w:proofErr w:type="spellStart"/>
      <w:r>
        <w:t>chấp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</w:t>
      </w:r>
      <w:proofErr w:type="spellStart"/>
      <w:r>
        <w:t>nghiêm</w:t>
      </w:r>
      <w:proofErr w:type="spellEnd"/>
      <w:r>
        <w:t xml:space="preserve"> </w:t>
      </w:r>
      <w:proofErr w:type="spellStart"/>
      <w:r>
        <w:t>chỉn</w:t>
      </w:r>
      <w:r w:rsidR="0015534F">
        <w:t>h</w:t>
      </w:r>
      <w:proofErr w:type="spellEnd"/>
      <w:r>
        <w:t xml:space="preserve"> </w:t>
      </w:r>
      <w:proofErr w:type="spellStart"/>
      <w:r>
        <w:t>nội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, </w:t>
      </w:r>
      <w:proofErr w:type="spellStart"/>
      <w:r>
        <w:t>quy</w:t>
      </w:r>
      <w:proofErr w:type="spellEnd"/>
      <w:r>
        <w:t xml:space="preserve"> chế của cơ quan, tổ chức, đơn vị và hoàn thành tốt </w:t>
      </w:r>
      <w:proofErr w:type="spellStart"/>
      <w:r>
        <w:t>nhiệm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giao</w:t>
      </w:r>
      <w:proofErr w:type="spellEnd"/>
      <w:r>
        <w:t>.</w:t>
      </w:r>
    </w:p>
    <w:p w14:paraId="7F0A6F3C" w14:textId="77777777" w:rsidR="0015534F" w:rsidRDefault="0015534F" w:rsidP="009420E1">
      <w:pPr>
        <w:spacing w:before="120" w:after="120" w:line="360" w:lineRule="exact"/>
        <w:ind w:firstLine="567"/>
        <w:jc w:val="both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28"/>
        <w:gridCol w:w="4845"/>
      </w:tblGrid>
      <w:tr w:rsidR="005255E9" w14:paraId="467FB6E8" w14:textId="77777777" w:rsidTr="004C08A1">
        <w:tc>
          <w:tcPr>
            <w:tcW w:w="3828" w:type="dxa"/>
          </w:tcPr>
          <w:p w14:paraId="65CADCA0" w14:textId="38918AAB" w:rsidR="005255E9" w:rsidRDefault="005255E9">
            <w:pPr>
              <w:jc w:val="center"/>
            </w:pPr>
          </w:p>
        </w:tc>
        <w:tc>
          <w:tcPr>
            <w:tcW w:w="4845" w:type="dxa"/>
          </w:tcPr>
          <w:p w14:paraId="327ED35F" w14:textId="77777777" w:rsidR="005255E9" w:rsidRDefault="00000000">
            <w:pPr>
              <w:jc w:val="center"/>
            </w:pPr>
            <w:r>
              <w:rPr>
                <w:b/>
              </w:rPr>
              <w:t>NGƯỜI LÀM ĐƠN</w:t>
            </w:r>
            <w:r>
              <w:rPr>
                <w:b/>
              </w:rPr>
              <w:br/>
            </w:r>
            <w:r>
              <w:rPr>
                <w:i/>
              </w:rPr>
              <w:t>(Ký, ghi rõ họ tên)</w:t>
            </w:r>
          </w:p>
        </w:tc>
      </w:tr>
    </w:tbl>
    <w:p w14:paraId="2C98C27E" w14:textId="77777777" w:rsidR="0082742E" w:rsidRDefault="0082742E"/>
    <w:sectPr w:rsidR="0082742E" w:rsidSect="00666428">
      <w:headerReference w:type="default" r:id="rId8"/>
      <w:pgSz w:w="11907" w:h="16840" w:code="9"/>
      <w:pgMar w:top="1134" w:right="851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01B4B" w14:textId="77777777" w:rsidR="0082742E" w:rsidRDefault="0082742E" w:rsidP="0015534F">
      <w:pPr>
        <w:spacing w:after="0" w:line="240" w:lineRule="auto"/>
      </w:pPr>
      <w:r>
        <w:separator/>
      </w:r>
    </w:p>
  </w:endnote>
  <w:endnote w:type="continuationSeparator" w:id="0">
    <w:p w14:paraId="038FB94E" w14:textId="77777777" w:rsidR="0082742E" w:rsidRDefault="0082742E" w:rsidP="00155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97AC6" w14:textId="77777777" w:rsidR="0082742E" w:rsidRDefault="0082742E" w:rsidP="0015534F">
      <w:pPr>
        <w:spacing w:after="0" w:line="240" w:lineRule="auto"/>
      </w:pPr>
      <w:r>
        <w:separator/>
      </w:r>
    </w:p>
  </w:footnote>
  <w:footnote w:type="continuationSeparator" w:id="0">
    <w:p w14:paraId="529F1D49" w14:textId="77777777" w:rsidR="0082742E" w:rsidRDefault="0082742E" w:rsidP="001553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47663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807E97D" w14:textId="1558A148" w:rsidR="0015534F" w:rsidRDefault="0015534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05C455" w14:textId="77777777" w:rsidR="0015534F" w:rsidRDefault="001553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8589792">
    <w:abstractNumId w:val="8"/>
  </w:num>
  <w:num w:numId="2" w16cid:durableId="66655369">
    <w:abstractNumId w:val="6"/>
  </w:num>
  <w:num w:numId="3" w16cid:durableId="1655983414">
    <w:abstractNumId w:val="5"/>
  </w:num>
  <w:num w:numId="4" w16cid:durableId="1978140760">
    <w:abstractNumId w:val="4"/>
  </w:num>
  <w:num w:numId="5" w16cid:durableId="1769157097">
    <w:abstractNumId w:val="7"/>
  </w:num>
  <w:num w:numId="6" w16cid:durableId="392970623">
    <w:abstractNumId w:val="3"/>
  </w:num>
  <w:num w:numId="7" w16cid:durableId="1803573076">
    <w:abstractNumId w:val="2"/>
  </w:num>
  <w:num w:numId="8" w16cid:durableId="15154408">
    <w:abstractNumId w:val="1"/>
  </w:num>
  <w:num w:numId="9" w16cid:durableId="1780642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534F"/>
    <w:rsid w:val="0029639D"/>
    <w:rsid w:val="00326F90"/>
    <w:rsid w:val="004C08A1"/>
    <w:rsid w:val="005255E9"/>
    <w:rsid w:val="00557D6F"/>
    <w:rsid w:val="00666428"/>
    <w:rsid w:val="0070064A"/>
    <w:rsid w:val="0082742E"/>
    <w:rsid w:val="009401F7"/>
    <w:rsid w:val="009420E1"/>
    <w:rsid w:val="009901DF"/>
    <w:rsid w:val="00AA1D8D"/>
    <w:rsid w:val="00B47730"/>
    <w:rsid w:val="00B75C5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2E04CE"/>
  <w14:defaultImageDpi w14:val="330"/>
  <w15:docId w15:val="{FBB487A5-1347-4F2C-9D19-1652D18E2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game game</cp:lastModifiedBy>
  <cp:revision>7</cp:revision>
  <dcterms:created xsi:type="dcterms:W3CDTF">2026-10-01T03:47:00Z</dcterms:created>
  <dcterms:modified xsi:type="dcterms:W3CDTF">2026-10-01T08:41:00Z</dcterms:modified>
  <cp:category/>
</cp:coreProperties>
</file>